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27678" w14:textId="77777777" w:rsidR="00344603" w:rsidRPr="003C363A" w:rsidRDefault="00000000">
      <w:pPr>
        <w:jc w:val="center"/>
        <w:rPr>
          <w:rFonts w:asciiTheme="majorHAnsi" w:hAnsiTheme="majorHAnsi" w:cstheme="majorHAnsi"/>
          <w:sz w:val="24"/>
          <w:szCs w:val="24"/>
        </w:rPr>
      </w:pPr>
      <w:r w:rsidRPr="003C363A">
        <w:rPr>
          <w:rFonts w:asciiTheme="majorHAnsi" w:hAnsiTheme="majorHAnsi" w:cstheme="majorHAnsi"/>
          <w:b/>
          <w:sz w:val="36"/>
          <w:szCs w:val="24"/>
        </w:rPr>
        <w:t>FULTON SECONDARY SCHOOL</w:t>
      </w:r>
      <w:r w:rsidRPr="003C363A">
        <w:rPr>
          <w:rFonts w:asciiTheme="majorHAnsi" w:hAnsiTheme="majorHAnsi" w:cstheme="majorHAnsi"/>
          <w:b/>
          <w:sz w:val="36"/>
          <w:szCs w:val="24"/>
        </w:rPr>
        <w:br/>
        <w:t>Scholarship, Bursary &amp; Award Expression of Interest Form</w:t>
      </w:r>
    </w:p>
    <w:p w14:paraId="63B791F0" w14:textId="3CBB94C4" w:rsidR="00344603" w:rsidRPr="00A60308" w:rsidRDefault="00000000">
      <w:pPr>
        <w:rPr>
          <w:rFonts w:asciiTheme="majorHAnsi" w:hAnsiTheme="majorHAnsi" w:cstheme="majorHAnsi"/>
          <w:i/>
          <w:iCs/>
          <w:sz w:val="24"/>
          <w:szCs w:val="24"/>
        </w:rPr>
      </w:pPr>
      <w:r w:rsidRPr="00A60308">
        <w:rPr>
          <w:rFonts w:asciiTheme="majorHAnsi" w:hAnsiTheme="majorHAnsi" w:cstheme="majorHAnsi"/>
          <w:i/>
          <w:iCs/>
          <w:sz w:val="24"/>
          <w:szCs w:val="24"/>
        </w:rPr>
        <w:t>Complete this form if you wish to be considered for a scholarship, bursary, award, or school nomination opportunity.</w:t>
      </w:r>
      <w:r w:rsidR="00A47B97">
        <w:rPr>
          <w:rFonts w:asciiTheme="majorHAnsi" w:hAnsiTheme="majorHAnsi" w:cstheme="majorHAnsi"/>
          <w:i/>
          <w:iCs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8"/>
        <w:gridCol w:w="9348"/>
      </w:tblGrid>
      <w:tr w:rsidR="00A47B97" w:rsidRPr="003C363A" w14:paraId="232F6A22" w14:textId="52B91B4C" w:rsidTr="00A47B97">
        <w:trPr>
          <w:trHeight w:val="877"/>
        </w:trPr>
        <w:tc>
          <w:tcPr>
            <w:tcW w:w="1668" w:type="dxa"/>
            <w:vAlign w:val="center"/>
          </w:tcPr>
          <w:p w14:paraId="146694CF" w14:textId="77777777" w:rsidR="00A47B97" w:rsidRPr="003C363A" w:rsidRDefault="00A47B97" w:rsidP="00A47B9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3C363A">
              <w:rPr>
                <w:rFonts w:asciiTheme="majorHAnsi" w:hAnsiTheme="majorHAnsi" w:cstheme="majorHAnsi"/>
                <w:sz w:val="24"/>
                <w:szCs w:val="24"/>
              </w:rPr>
              <w:t>Student Name</w:t>
            </w:r>
          </w:p>
        </w:tc>
        <w:tc>
          <w:tcPr>
            <w:tcW w:w="9348" w:type="dxa"/>
            <w:vAlign w:val="center"/>
          </w:tcPr>
          <w:p w14:paraId="4EEBB62E" w14:textId="77777777" w:rsidR="00A47B97" w:rsidRPr="003C363A" w:rsidRDefault="00A47B97" w:rsidP="00A47B97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47B97" w:rsidRPr="003C363A" w14:paraId="7C8DCD50" w14:textId="77777777" w:rsidTr="00A47B97">
        <w:trPr>
          <w:trHeight w:val="877"/>
        </w:trPr>
        <w:tc>
          <w:tcPr>
            <w:tcW w:w="1668" w:type="dxa"/>
          </w:tcPr>
          <w:p w14:paraId="3B0DDD34" w14:textId="7794F466" w:rsidR="00A47B97" w:rsidRPr="003C363A" w:rsidRDefault="00A47B97" w:rsidP="0003256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What was your Average in grade 11?</w:t>
            </w:r>
          </w:p>
        </w:tc>
        <w:tc>
          <w:tcPr>
            <w:tcW w:w="9348" w:type="dxa"/>
          </w:tcPr>
          <w:p w14:paraId="1DEBDD19" w14:textId="77777777" w:rsidR="00A47B97" w:rsidRPr="003C363A" w:rsidRDefault="00A47B97" w:rsidP="0003256C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2C5B1CB5" w14:textId="77777777" w:rsidR="00A60308" w:rsidRDefault="00A60308">
      <w:pPr>
        <w:rPr>
          <w:rFonts w:asciiTheme="majorHAnsi" w:hAnsiTheme="majorHAnsi" w:cstheme="majorHAnsi"/>
          <w:b/>
          <w:sz w:val="24"/>
          <w:szCs w:val="24"/>
        </w:rPr>
      </w:pPr>
    </w:p>
    <w:p w14:paraId="165AB917" w14:textId="5C47CD38" w:rsidR="00344603" w:rsidRPr="00A47B97" w:rsidRDefault="00000000">
      <w:pPr>
        <w:rPr>
          <w:rFonts w:asciiTheme="majorHAnsi" w:hAnsiTheme="majorHAnsi" w:cstheme="majorHAnsi"/>
          <w:sz w:val="32"/>
          <w:szCs w:val="32"/>
        </w:rPr>
      </w:pPr>
      <w:r w:rsidRPr="00A60308">
        <w:rPr>
          <w:rFonts w:asciiTheme="majorHAnsi" w:hAnsiTheme="majorHAnsi" w:cstheme="majorHAnsi"/>
          <w:b/>
          <w:sz w:val="32"/>
          <w:szCs w:val="32"/>
        </w:rPr>
        <w:t>Opportunity of Interest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1"/>
        <w:gridCol w:w="9065"/>
      </w:tblGrid>
      <w:tr w:rsidR="00A47B97" w:rsidRPr="00A60308" w14:paraId="16C0454C" w14:textId="77777777" w:rsidTr="00A47B97">
        <w:trPr>
          <w:trHeight w:val="1728"/>
        </w:trPr>
        <w:tc>
          <w:tcPr>
            <w:tcW w:w="1951" w:type="dxa"/>
            <w:vAlign w:val="center"/>
          </w:tcPr>
          <w:p w14:paraId="6290A7DD" w14:textId="04F17E25" w:rsidR="00A47B97" w:rsidRPr="00A60308" w:rsidRDefault="00A47B97" w:rsidP="0003256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3C363A">
              <w:rPr>
                <w:rFonts w:asciiTheme="majorHAnsi" w:hAnsiTheme="majorHAnsi" w:cstheme="majorHAnsi"/>
                <w:sz w:val="24"/>
                <w:szCs w:val="24"/>
              </w:rPr>
              <w:t>Name of Opportunity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br/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A47B97">
              <w:rPr>
                <w:rFonts w:asciiTheme="majorHAnsi" w:hAnsiTheme="majorHAnsi" w:cstheme="majorHAnsi"/>
                <w:i/>
                <w:iCs/>
              </w:rPr>
              <w:t>(scholarship, Bursary &amp; Award)</w:t>
            </w:r>
          </w:p>
        </w:tc>
        <w:tc>
          <w:tcPr>
            <w:tcW w:w="9065" w:type="dxa"/>
            <w:vAlign w:val="center"/>
          </w:tcPr>
          <w:p w14:paraId="6284ABD0" w14:textId="77777777" w:rsidR="00A47B97" w:rsidRPr="00A60308" w:rsidRDefault="00A47B97" w:rsidP="00A47B97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27221BC9" w14:textId="77777777" w:rsidR="00A47B97" w:rsidRPr="003C363A" w:rsidRDefault="00A47B97">
      <w:pPr>
        <w:rPr>
          <w:rFonts w:asciiTheme="majorHAnsi" w:hAnsiTheme="majorHAnsi" w:cstheme="maj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1"/>
        <w:gridCol w:w="9065"/>
      </w:tblGrid>
      <w:tr w:rsidR="00A60308" w:rsidRPr="00A60308" w14:paraId="77EFE1DF" w14:textId="77777777" w:rsidTr="00A47B97">
        <w:trPr>
          <w:trHeight w:val="2144"/>
        </w:trPr>
        <w:tc>
          <w:tcPr>
            <w:tcW w:w="1951" w:type="dxa"/>
            <w:vAlign w:val="center"/>
          </w:tcPr>
          <w:p w14:paraId="5F8628A4" w14:textId="721833A7" w:rsidR="00A60308" w:rsidRPr="00A60308" w:rsidRDefault="00A60308" w:rsidP="00A60308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A60308">
              <w:rPr>
                <w:rFonts w:asciiTheme="majorHAnsi" w:hAnsiTheme="majorHAnsi" w:cstheme="majorHAnsi"/>
                <w:sz w:val="24"/>
                <w:szCs w:val="24"/>
              </w:rPr>
              <w:t>Sponsoring Organization: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Pr="00A60308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name of organization providing the ____</w:t>
            </w:r>
            <w:r w:rsidRPr="00A60308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9065" w:type="dxa"/>
            <w:vAlign w:val="center"/>
          </w:tcPr>
          <w:p w14:paraId="501CB245" w14:textId="474FE80D" w:rsidR="00A60308" w:rsidRPr="00A60308" w:rsidRDefault="00A60308" w:rsidP="00A47B97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1D7B7D5E" w14:textId="77777777" w:rsidR="00A47B97" w:rsidRDefault="00A47B97">
      <w:pPr>
        <w:rPr>
          <w:rFonts w:asciiTheme="majorHAnsi" w:hAnsiTheme="majorHAnsi" w:cstheme="majorHAnsi"/>
          <w:b/>
          <w:sz w:val="32"/>
          <w:szCs w:val="32"/>
        </w:rPr>
      </w:pPr>
    </w:p>
    <w:p w14:paraId="13A7F7D1" w14:textId="4C9FB8B0" w:rsidR="00344603" w:rsidRPr="00A47B97" w:rsidRDefault="00000000">
      <w:pPr>
        <w:rPr>
          <w:rFonts w:asciiTheme="majorHAnsi" w:hAnsiTheme="majorHAnsi" w:cstheme="majorHAnsi"/>
          <w:sz w:val="32"/>
          <w:szCs w:val="32"/>
        </w:rPr>
      </w:pPr>
      <w:r w:rsidRPr="00A47B97">
        <w:rPr>
          <w:rFonts w:asciiTheme="majorHAnsi" w:hAnsiTheme="majorHAnsi" w:cstheme="majorHAnsi"/>
          <w:b/>
          <w:sz w:val="32"/>
          <w:szCs w:val="32"/>
        </w:rPr>
        <w:t>Post-Secondary Plans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1"/>
        <w:gridCol w:w="9065"/>
      </w:tblGrid>
      <w:tr w:rsidR="00A60308" w:rsidRPr="00A60308" w14:paraId="0A43895F" w14:textId="77777777" w:rsidTr="00A47B97">
        <w:trPr>
          <w:trHeight w:val="1371"/>
        </w:trPr>
        <w:tc>
          <w:tcPr>
            <w:tcW w:w="1951" w:type="dxa"/>
            <w:vAlign w:val="center"/>
          </w:tcPr>
          <w:p w14:paraId="5A93C316" w14:textId="0C05B4AF" w:rsidR="00A60308" w:rsidRPr="00A60308" w:rsidRDefault="00A60308" w:rsidP="0003256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3C363A">
              <w:rPr>
                <w:rFonts w:asciiTheme="majorHAnsi" w:hAnsiTheme="majorHAnsi" w:cstheme="majorHAnsi"/>
                <w:sz w:val="24"/>
                <w:szCs w:val="24"/>
              </w:rPr>
              <w:t xml:space="preserve">Planned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School</w:t>
            </w:r>
            <w:r w:rsidRPr="003C363A">
              <w:rPr>
                <w:rFonts w:asciiTheme="majorHAnsi" w:hAnsiTheme="majorHAnsi" w:cstheme="majorHAnsi"/>
                <w:sz w:val="24"/>
                <w:szCs w:val="24"/>
              </w:rPr>
              <w:t>(s):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Pr="00A60308">
              <w:rPr>
                <w:rFonts w:asciiTheme="majorHAnsi" w:hAnsiTheme="majorHAnsi" w:cstheme="majorHAnsi"/>
                <w:i/>
                <w:iCs/>
              </w:rPr>
              <w:t>where you plan to attend after HS</w:t>
            </w:r>
          </w:p>
        </w:tc>
        <w:tc>
          <w:tcPr>
            <w:tcW w:w="9065" w:type="dxa"/>
            <w:vAlign w:val="center"/>
          </w:tcPr>
          <w:p w14:paraId="71B00F30" w14:textId="77777777" w:rsidR="00A60308" w:rsidRPr="00A60308" w:rsidRDefault="00A60308" w:rsidP="00A47B97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50D6C6C1" w14:textId="77777777" w:rsidR="00A60308" w:rsidRPr="003C363A" w:rsidRDefault="00A60308">
      <w:pPr>
        <w:rPr>
          <w:rFonts w:asciiTheme="majorHAnsi" w:hAnsiTheme="majorHAnsi" w:cstheme="maj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1"/>
        <w:gridCol w:w="9065"/>
      </w:tblGrid>
      <w:tr w:rsidR="00A60308" w:rsidRPr="00A60308" w14:paraId="42102D2C" w14:textId="77777777" w:rsidTr="00A47B97">
        <w:trPr>
          <w:trHeight w:val="1852"/>
        </w:trPr>
        <w:tc>
          <w:tcPr>
            <w:tcW w:w="1951" w:type="dxa"/>
            <w:vAlign w:val="center"/>
          </w:tcPr>
          <w:p w14:paraId="419D8580" w14:textId="3B0A80AF" w:rsidR="00A60308" w:rsidRPr="00A60308" w:rsidRDefault="00A60308" w:rsidP="0003256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3C363A">
              <w:rPr>
                <w:rFonts w:asciiTheme="majorHAnsi" w:hAnsiTheme="majorHAnsi" w:cstheme="majorHAnsi"/>
                <w:sz w:val="24"/>
                <w:szCs w:val="24"/>
              </w:rPr>
              <w:t>Planned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Programs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Pr="00A60308">
              <w:rPr>
                <w:rFonts w:asciiTheme="majorHAnsi" w:hAnsiTheme="majorHAnsi" w:cstheme="majorHAnsi"/>
                <w:i/>
                <w:iCs/>
              </w:rPr>
              <w:t>what you plan to study</w:t>
            </w:r>
          </w:p>
        </w:tc>
        <w:tc>
          <w:tcPr>
            <w:tcW w:w="9065" w:type="dxa"/>
            <w:vAlign w:val="center"/>
          </w:tcPr>
          <w:p w14:paraId="53175B23" w14:textId="77777777" w:rsidR="00A60308" w:rsidRPr="00A60308" w:rsidRDefault="00A60308" w:rsidP="00A47B97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75A47806" w14:textId="77777777" w:rsidR="00A60308" w:rsidRDefault="00A60308">
      <w:pPr>
        <w:rPr>
          <w:rFonts w:asciiTheme="majorHAnsi" w:hAnsiTheme="majorHAnsi" w:cstheme="majorHAnsi"/>
          <w:sz w:val="24"/>
          <w:szCs w:val="24"/>
        </w:rPr>
      </w:pPr>
    </w:p>
    <w:p w14:paraId="1B3B352C" w14:textId="5BBB191D" w:rsidR="00344603" w:rsidRPr="00A47B97" w:rsidRDefault="00A47B97">
      <w:pPr>
        <w:rPr>
          <w:rFonts w:asciiTheme="majorHAnsi" w:hAnsiTheme="majorHAnsi" w:cstheme="majorHAnsi"/>
          <w:sz w:val="32"/>
          <w:szCs w:val="32"/>
        </w:rPr>
      </w:pPr>
      <w:r w:rsidRPr="00A47B97">
        <w:rPr>
          <w:rFonts w:asciiTheme="majorHAnsi" w:hAnsiTheme="majorHAnsi" w:cstheme="majorHAnsi"/>
          <w:b/>
          <w:sz w:val="32"/>
          <w:szCs w:val="32"/>
        </w:rPr>
        <w:lastRenderedPageBreak/>
        <w:t>Leadership and School Involvement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1"/>
        <w:gridCol w:w="9065"/>
      </w:tblGrid>
      <w:tr w:rsidR="00A60308" w:rsidRPr="00A60308" w14:paraId="7374AE43" w14:textId="77777777" w:rsidTr="00A47B97">
        <w:trPr>
          <w:trHeight w:val="2637"/>
        </w:trPr>
        <w:tc>
          <w:tcPr>
            <w:tcW w:w="1951" w:type="dxa"/>
            <w:vAlign w:val="center"/>
          </w:tcPr>
          <w:p w14:paraId="6084540E" w14:textId="658CFA4C" w:rsidR="00A60308" w:rsidRPr="003C363A" w:rsidRDefault="00A60308" w:rsidP="00A60308">
            <w:pPr>
              <w:rPr>
                <w:rFonts w:asciiTheme="majorHAnsi" w:hAnsiTheme="majorHAnsi" w:cstheme="majorHAnsi"/>
                <w:sz w:val="24"/>
                <w:szCs w:val="24"/>
              </w:rPr>
            </w:pPr>
            <w:proofErr w:type="gramStart"/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List</w:t>
            </w:r>
            <w:proofErr w:type="gramEnd"/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</w:t>
            </w:r>
            <w:r w:rsidRPr="003C363A">
              <w:rPr>
                <w:rFonts w:asciiTheme="majorHAnsi" w:hAnsiTheme="majorHAnsi" w:cstheme="majorHAnsi"/>
                <w:b/>
                <w:sz w:val="24"/>
                <w:szCs w:val="24"/>
              </w:rPr>
              <w:t>Community Involvement and Service</w:t>
            </w:r>
          </w:p>
          <w:p w14:paraId="0A4A10F2" w14:textId="77777777" w:rsidR="00A60308" w:rsidRPr="00A60308" w:rsidRDefault="00A60308" w:rsidP="0003256C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9065" w:type="dxa"/>
            <w:vAlign w:val="center"/>
          </w:tcPr>
          <w:p w14:paraId="5678CD9C" w14:textId="77777777" w:rsidR="00A60308" w:rsidRPr="00A60308" w:rsidRDefault="00A60308" w:rsidP="00A47B97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6E929BF4" w14:textId="77777777" w:rsidR="00A60308" w:rsidRDefault="00A60308">
      <w:pPr>
        <w:rPr>
          <w:rFonts w:asciiTheme="majorHAnsi" w:hAnsiTheme="majorHAnsi" w:cstheme="maj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1"/>
        <w:gridCol w:w="9065"/>
      </w:tblGrid>
      <w:tr w:rsidR="00A60308" w:rsidRPr="00A60308" w14:paraId="48BC040B" w14:textId="77777777" w:rsidTr="00A47B97">
        <w:trPr>
          <w:trHeight w:val="2578"/>
        </w:trPr>
        <w:tc>
          <w:tcPr>
            <w:tcW w:w="1951" w:type="dxa"/>
            <w:vAlign w:val="center"/>
          </w:tcPr>
          <w:p w14:paraId="0D0CC1BA" w14:textId="2C6D1BF9" w:rsidR="00A60308" w:rsidRPr="003C363A" w:rsidRDefault="00A60308" w:rsidP="00A60308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List </w:t>
            </w:r>
            <w:r w:rsidRPr="003C363A">
              <w:rPr>
                <w:rFonts w:asciiTheme="majorHAnsi" w:hAnsiTheme="majorHAnsi" w:cstheme="majorHAnsi"/>
                <w:b/>
                <w:sz w:val="24"/>
                <w:szCs w:val="24"/>
              </w:rPr>
              <w:t>Awards and Recognition</w:t>
            </w:r>
          </w:p>
          <w:p w14:paraId="20929F43" w14:textId="77777777" w:rsidR="00A60308" w:rsidRPr="00A60308" w:rsidRDefault="00A60308" w:rsidP="0003256C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9065" w:type="dxa"/>
            <w:vAlign w:val="center"/>
          </w:tcPr>
          <w:p w14:paraId="33F49319" w14:textId="77777777" w:rsidR="00A60308" w:rsidRPr="00A60308" w:rsidRDefault="00A60308" w:rsidP="00A47B97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35B513FC" w14:textId="601BAF40" w:rsidR="00344603" w:rsidRDefault="00344603">
      <w:pPr>
        <w:rPr>
          <w:rFonts w:asciiTheme="majorHAnsi" w:hAnsiTheme="majorHAnsi" w:cstheme="majorHAnsi"/>
          <w:b/>
          <w:sz w:val="24"/>
          <w:szCs w:val="24"/>
        </w:rPr>
      </w:pPr>
    </w:p>
    <w:tbl>
      <w:tblPr>
        <w:tblStyle w:val="TableGrid"/>
        <w:tblW w:w="0" w:type="auto"/>
        <w:tblBorders>
          <w:top w:val="dashSmallGap" w:sz="18" w:space="0" w:color="auto"/>
          <w:left w:val="dashSmallGap" w:sz="18" w:space="0" w:color="auto"/>
          <w:bottom w:val="dashSmallGap" w:sz="18" w:space="0" w:color="auto"/>
          <w:right w:val="dashSmallGap" w:sz="18" w:space="0" w:color="auto"/>
          <w:insideH w:val="dashSmallGap" w:sz="18" w:space="0" w:color="auto"/>
          <w:insideV w:val="dashSmallGap" w:sz="18" w:space="0" w:color="auto"/>
        </w:tblBorders>
        <w:tblLook w:val="04A0" w:firstRow="1" w:lastRow="0" w:firstColumn="1" w:lastColumn="0" w:noHBand="0" w:noVBand="1"/>
      </w:tblPr>
      <w:tblGrid>
        <w:gridCol w:w="11016"/>
      </w:tblGrid>
      <w:tr w:rsidR="00A47B97" w:rsidRPr="00A60308" w14:paraId="42163845" w14:textId="77777777" w:rsidTr="00A47B97">
        <w:trPr>
          <w:trHeight w:val="1986"/>
        </w:trPr>
        <w:tc>
          <w:tcPr>
            <w:tcW w:w="11016" w:type="dxa"/>
            <w:vAlign w:val="center"/>
          </w:tcPr>
          <w:p w14:paraId="5E64B11E" w14:textId="308AA818" w:rsidR="00A47B97" w:rsidRPr="00A47B97" w:rsidRDefault="00A47B97" w:rsidP="0003256C">
            <w:pPr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A47B97">
              <w:rPr>
                <w:rFonts w:asciiTheme="majorHAnsi" w:hAnsiTheme="majorHAnsi" w:cstheme="majorHAnsi"/>
                <w:b/>
                <w:sz w:val="32"/>
                <w:szCs w:val="32"/>
              </w:rPr>
              <w:t>Personal Statement</w:t>
            </w: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br/>
            </w: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D</w:t>
            </w:r>
            <w:r w:rsidRPr="00A47B97">
              <w:rPr>
                <w:rFonts w:asciiTheme="majorHAnsi" w:hAnsiTheme="majorHAnsi" w:cstheme="majorHAnsi"/>
                <w:bCs/>
                <w:sz w:val="24"/>
                <w:szCs w:val="24"/>
              </w:rPr>
              <w:t>escribe why you believe you should be the school’s nomination for this scholarship, award, bursary</w:t>
            </w:r>
          </w:p>
          <w:p w14:paraId="07338A79" w14:textId="77777777" w:rsidR="00A47B97" w:rsidRPr="00A47B97" w:rsidRDefault="00A47B97" w:rsidP="0003256C">
            <w:pPr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  <w:p w14:paraId="750453F8" w14:textId="0FF2B083" w:rsidR="00A47B97" w:rsidRPr="00A47B97" w:rsidRDefault="00A47B97" w:rsidP="0003256C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7B97">
              <w:rPr>
                <w:rFonts w:asciiTheme="majorHAnsi" w:hAnsiTheme="majorHAnsi" w:cstheme="majorHAnsi"/>
                <w:bCs/>
                <w:sz w:val="24"/>
                <w:szCs w:val="24"/>
              </w:rPr>
              <w:t>300 words or less, Include a separate document for your personal statement</w:t>
            </w:r>
          </w:p>
        </w:tc>
      </w:tr>
    </w:tbl>
    <w:p w14:paraId="660534DD" w14:textId="77777777" w:rsidR="00A60308" w:rsidRPr="003C363A" w:rsidRDefault="00A60308">
      <w:pPr>
        <w:rPr>
          <w:rFonts w:asciiTheme="majorHAnsi" w:hAnsiTheme="majorHAnsi" w:cstheme="majorHAnsi"/>
          <w:sz w:val="24"/>
          <w:szCs w:val="24"/>
        </w:rPr>
      </w:pPr>
    </w:p>
    <w:p w14:paraId="61F86434" w14:textId="77777777" w:rsidR="00344603" w:rsidRPr="00A60308" w:rsidRDefault="00000000">
      <w:pPr>
        <w:rPr>
          <w:rFonts w:asciiTheme="majorHAnsi" w:hAnsiTheme="majorHAnsi" w:cstheme="majorHAnsi"/>
          <w:sz w:val="32"/>
          <w:szCs w:val="32"/>
        </w:rPr>
      </w:pPr>
      <w:r w:rsidRPr="00A60308">
        <w:rPr>
          <w:rFonts w:asciiTheme="majorHAnsi" w:hAnsiTheme="majorHAnsi" w:cstheme="majorHAnsi"/>
          <w:b/>
          <w:sz w:val="32"/>
          <w:szCs w:val="32"/>
        </w:rPr>
        <w:t>Student Declaration</w:t>
      </w:r>
    </w:p>
    <w:p w14:paraId="112918BA" w14:textId="77777777" w:rsidR="00344603" w:rsidRPr="003C363A" w:rsidRDefault="00000000">
      <w:pPr>
        <w:rPr>
          <w:rFonts w:asciiTheme="majorHAnsi" w:hAnsiTheme="majorHAnsi" w:cstheme="majorHAnsi"/>
          <w:sz w:val="24"/>
          <w:szCs w:val="24"/>
        </w:rPr>
      </w:pPr>
      <w:r w:rsidRPr="003C363A">
        <w:rPr>
          <w:rFonts w:asciiTheme="majorHAnsi" w:hAnsiTheme="majorHAnsi" w:cstheme="majorHAnsi"/>
          <w:sz w:val="24"/>
          <w:szCs w:val="24"/>
        </w:rPr>
        <w:t>I certify that the information provided is accurate to the best of my knowledge and understand that submission does not guarantee nomination or selection.</w:t>
      </w:r>
    </w:p>
    <w:tbl>
      <w:tblPr>
        <w:tblStyle w:val="TableGrid"/>
        <w:tblW w:w="11023" w:type="dxa"/>
        <w:tblLook w:val="04A0" w:firstRow="1" w:lastRow="0" w:firstColumn="1" w:lastColumn="0" w:noHBand="0" w:noVBand="1"/>
      </w:tblPr>
      <w:tblGrid>
        <w:gridCol w:w="8897"/>
        <w:gridCol w:w="2126"/>
      </w:tblGrid>
      <w:tr w:rsidR="00344603" w:rsidRPr="003C363A" w14:paraId="74B6F5D5" w14:textId="77777777" w:rsidTr="00A47B97">
        <w:tc>
          <w:tcPr>
            <w:tcW w:w="8897" w:type="dxa"/>
          </w:tcPr>
          <w:p w14:paraId="70A65861" w14:textId="77777777" w:rsidR="00344603" w:rsidRPr="003C363A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3C363A">
              <w:rPr>
                <w:rFonts w:asciiTheme="majorHAnsi" w:hAnsiTheme="majorHAnsi" w:cstheme="majorHAnsi"/>
                <w:sz w:val="24"/>
                <w:szCs w:val="24"/>
              </w:rPr>
              <w:t>Student Signature</w:t>
            </w:r>
          </w:p>
        </w:tc>
        <w:tc>
          <w:tcPr>
            <w:tcW w:w="2126" w:type="dxa"/>
          </w:tcPr>
          <w:p w14:paraId="38998603" w14:textId="77777777" w:rsidR="00344603" w:rsidRPr="003C363A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3C363A">
              <w:rPr>
                <w:rFonts w:asciiTheme="majorHAnsi" w:hAnsiTheme="majorHAnsi" w:cstheme="majorHAnsi"/>
                <w:sz w:val="24"/>
                <w:szCs w:val="24"/>
              </w:rPr>
              <w:t>Date</w:t>
            </w:r>
          </w:p>
        </w:tc>
      </w:tr>
      <w:tr w:rsidR="00344603" w:rsidRPr="003C363A" w14:paraId="2BB48434" w14:textId="77777777" w:rsidTr="00A47B97">
        <w:trPr>
          <w:trHeight w:val="662"/>
        </w:trPr>
        <w:tc>
          <w:tcPr>
            <w:tcW w:w="8897" w:type="dxa"/>
          </w:tcPr>
          <w:p w14:paraId="2A01D6EE" w14:textId="77777777" w:rsidR="00344603" w:rsidRPr="003C363A" w:rsidRDefault="00344603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39F2754" w14:textId="77777777" w:rsidR="00344603" w:rsidRPr="003C363A" w:rsidRDefault="00344603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74D893E7" w14:textId="3EB90AA5" w:rsidR="00A60308" w:rsidRDefault="00A60308">
      <w:pPr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pict w14:anchorId="59FA43BD">
          <v:rect id="_x0000_i1025" style="width:0;height:1.5pt" o:hralign="center" o:hrstd="t" o:hr="t" fillcolor="#a0a0a0" stroked="f"/>
        </w:pict>
      </w:r>
    </w:p>
    <w:p w14:paraId="47408BB1" w14:textId="4C2CFC51" w:rsidR="00344603" w:rsidRPr="003C363A" w:rsidRDefault="00000000">
      <w:pPr>
        <w:rPr>
          <w:rFonts w:asciiTheme="majorHAnsi" w:hAnsiTheme="majorHAnsi" w:cstheme="majorHAnsi"/>
          <w:sz w:val="24"/>
          <w:szCs w:val="24"/>
        </w:rPr>
      </w:pPr>
      <w:r w:rsidRPr="003C363A">
        <w:rPr>
          <w:rFonts w:asciiTheme="majorHAnsi" w:hAnsiTheme="majorHAnsi" w:cstheme="majorHAnsi"/>
          <w:b/>
          <w:sz w:val="24"/>
          <w:szCs w:val="24"/>
        </w:rPr>
        <w:t>School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344603" w:rsidRPr="003C363A" w14:paraId="1A04CBF9" w14:textId="77777777">
        <w:tc>
          <w:tcPr>
            <w:tcW w:w="4320" w:type="dxa"/>
          </w:tcPr>
          <w:p w14:paraId="123BE61C" w14:textId="77777777" w:rsidR="00344603" w:rsidRPr="003C363A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3C363A">
              <w:rPr>
                <w:rFonts w:asciiTheme="majorHAnsi" w:hAnsiTheme="majorHAnsi" w:cstheme="majorHAnsi"/>
                <w:sz w:val="24"/>
                <w:szCs w:val="24"/>
              </w:rPr>
              <w:t>Date Received</w:t>
            </w:r>
          </w:p>
        </w:tc>
        <w:tc>
          <w:tcPr>
            <w:tcW w:w="4320" w:type="dxa"/>
          </w:tcPr>
          <w:p w14:paraId="1EF78DBA" w14:textId="77777777" w:rsidR="00344603" w:rsidRPr="003C363A" w:rsidRDefault="00344603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44603" w:rsidRPr="003C363A" w14:paraId="524647A2" w14:textId="77777777">
        <w:tc>
          <w:tcPr>
            <w:tcW w:w="4320" w:type="dxa"/>
          </w:tcPr>
          <w:p w14:paraId="4511DA29" w14:textId="77777777" w:rsidR="00344603" w:rsidRPr="003C363A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3C363A">
              <w:rPr>
                <w:rFonts w:asciiTheme="majorHAnsi" w:hAnsiTheme="majorHAnsi" w:cstheme="majorHAnsi"/>
                <w:sz w:val="24"/>
                <w:szCs w:val="24"/>
              </w:rPr>
              <w:t>Reviewed By</w:t>
            </w:r>
          </w:p>
        </w:tc>
        <w:tc>
          <w:tcPr>
            <w:tcW w:w="4320" w:type="dxa"/>
          </w:tcPr>
          <w:p w14:paraId="58EB3467" w14:textId="77777777" w:rsidR="00344603" w:rsidRPr="003C363A" w:rsidRDefault="00344603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44603" w:rsidRPr="003C363A" w14:paraId="333BF557" w14:textId="77777777">
        <w:tc>
          <w:tcPr>
            <w:tcW w:w="4320" w:type="dxa"/>
          </w:tcPr>
          <w:p w14:paraId="6D36E120" w14:textId="77777777" w:rsidR="00344603" w:rsidRPr="003C363A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3C363A">
              <w:rPr>
                <w:rFonts w:asciiTheme="majorHAnsi" w:hAnsiTheme="majorHAnsi" w:cstheme="majorHAnsi"/>
                <w:sz w:val="24"/>
                <w:szCs w:val="24"/>
              </w:rPr>
              <w:t>Recommendation</w:t>
            </w:r>
          </w:p>
        </w:tc>
        <w:tc>
          <w:tcPr>
            <w:tcW w:w="4320" w:type="dxa"/>
          </w:tcPr>
          <w:p w14:paraId="6D676935" w14:textId="77777777" w:rsidR="00344603" w:rsidRPr="003C363A" w:rsidRDefault="00344603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44603" w:rsidRPr="003C363A" w14:paraId="02D80428" w14:textId="77777777">
        <w:tc>
          <w:tcPr>
            <w:tcW w:w="4320" w:type="dxa"/>
          </w:tcPr>
          <w:p w14:paraId="1E3FD16A" w14:textId="77777777" w:rsidR="00344603" w:rsidRPr="003C363A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3C363A">
              <w:rPr>
                <w:rFonts w:asciiTheme="majorHAnsi" w:hAnsiTheme="majorHAnsi" w:cstheme="majorHAnsi"/>
                <w:sz w:val="24"/>
                <w:szCs w:val="24"/>
              </w:rPr>
              <w:t>Comments</w:t>
            </w:r>
          </w:p>
        </w:tc>
        <w:tc>
          <w:tcPr>
            <w:tcW w:w="4320" w:type="dxa"/>
          </w:tcPr>
          <w:p w14:paraId="11519BF0" w14:textId="77777777" w:rsidR="00344603" w:rsidRPr="003C363A" w:rsidRDefault="00344603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34242E53" w14:textId="77777777" w:rsidR="00003AB6" w:rsidRPr="003C363A" w:rsidRDefault="00003AB6" w:rsidP="00A47B97">
      <w:pPr>
        <w:rPr>
          <w:rFonts w:asciiTheme="majorHAnsi" w:hAnsiTheme="majorHAnsi" w:cstheme="majorHAnsi"/>
          <w:sz w:val="24"/>
          <w:szCs w:val="24"/>
        </w:rPr>
      </w:pPr>
    </w:p>
    <w:sectPr w:rsidR="00003AB6" w:rsidRPr="003C363A" w:rsidSect="00A47B97">
      <w:pgSz w:w="12240" w:h="15840"/>
      <w:pgMar w:top="426" w:right="720" w:bottom="42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70200555">
    <w:abstractNumId w:val="8"/>
  </w:num>
  <w:num w:numId="2" w16cid:durableId="545727055">
    <w:abstractNumId w:val="6"/>
  </w:num>
  <w:num w:numId="3" w16cid:durableId="956252908">
    <w:abstractNumId w:val="5"/>
  </w:num>
  <w:num w:numId="4" w16cid:durableId="1427117816">
    <w:abstractNumId w:val="4"/>
  </w:num>
  <w:num w:numId="5" w16cid:durableId="181938655">
    <w:abstractNumId w:val="7"/>
  </w:num>
  <w:num w:numId="6" w16cid:durableId="764808670">
    <w:abstractNumId w:val="3"/>
  </w:num>
  <w:num w:numId="7" w16cid:durableId="1068500059">
    <w:abstractNumId w:val="2"/>
  </w:num>
  <w:num w:numId="8" w16cid:durableId="2086226108">
    <w:abstractNumId w:val="1"/>
  </w:num>
  <w:num w:numId="9" w16cid:durableId="1767921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3AB6"/>
    <w:rsid w:val="00034616"/>
    <w:rsid w:val="0006063C"/>
    <w:rsid w:val="0015074B"/>
    <w:rsid w:val="0029639D"/>
    <w:rsid w:val="00326F90"/>
    <w:rsid w:val="00344603"/>
    <w:rsid w:val="003C363A"/>
    <w:rsid w:val="00A47B97"/>
    <w:rsid w:val="00A60308"/>
    <w:rsid w:val="00AA1D8D"/>
    <w:rsid w:val="00B47730"/>
    <w:rsid w:val="00B93BA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D7A05D0"/>
  <w14:defaultImageDpi w14:val="300"/>
  <w15:docId w15:val="{3E6CDC24-CE31-4BAA-9283-B66300045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7B97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MacKenzie</dc:creator>
  <cp:keywords/>
  <dc:description>generated by python-docx</dc:description>
  <cp:lastModifiedBy>Dave MacKenzie</cp:lastModifiedBy>
  <cp:revision>2</cp:revision>
  <dcterms:created xsi:type="dcterms:W3CDTF">2026-09-16T16:15:00Z</dcterms:created>
  <dcterms:modified xsi:type="dcterms:W3CDTF">2026-09-16T16:15:00Z</dcterms:modified>
  <cp:category/>
</cp:coreProperties>
</file>